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F1624" w14:textId="64D0798D" w:rsidR="006930C4" w:rsidRPr="00477883" w:rsidRDefault="00477883">
      <w:pPr>
        <w:jc w:val="center"/>
        <w:rPr>
          <w:rFonts w:cs="Arial"/>
        </w:rPr>
      </w:pPr>
      <w:r w:rsidRPr="00477883">
        <w:rPr>
          <w:rFonts w:cs="Arial"/>
          <w:b/>
          <w:sz w:val="32"/>
        </w:rPr>
        <w:t>JRF ADMISSION — DECEMBER 2026</w:t>
      </w:r>
    </w:p>
    <w:p w14:paraId="45F13859" w14:textId="77777777" w:rsidR="00477883" w:rsidRDefault="00477883">
      <w:pPr>
        <w:jc w:val="center"/>
        <w:rPr>
          <w:rFonts w:cs="Arial"/>
          <w:b/>
          <w:color w:val="1F4E79"/>
          <w:sz w:val="26"/>
        </w:rPr>
      </w:pPr>
    </w:p>
    <w:p w14:paraId="520B7CEE" w14:textId="77777777" w:rsidR="006930C4" w:rsidRPr="00477883" w:rsidRDefault="00477883">
      <w:pPr>
        <w:jc w:val="center"/>
        <w:rPr>
          <w:rFonts w:cs="Arial"/>
          <w:b/>
          <w:color w:val="1F4E79"/>
          <w:sz w:val="26"/>
        </w:rPr>
      </w:pPr>
      <w:r w:rsidRPr="00477883">
        <w:rPr>
          <w:rFonts w:cs="Arial"/>
          <w:b/>
          <w:color w:val="1F4E79"/>
          <w:sz w:val="26"/>
        </w:rPr>
        <w:t>Externally Funded Candidates (CSIR/UGC/INSPIRE) Only</w:t>
      </w:r>
    </w:p>
    <w:p w14:paraId="1DC4A50F" w14:textId="77777777" w:rsidR="006930C4" w:rsidRPr="00D9425B" w:rsidRDefault="00477883" w:rsidP="00D9425B">
      <w:pPr>
        <w:jc w:val="both"/>
        <w:rPr>
          <w:rFonts w:cs="Arial"/>
        </w:rPr>
      </w:pPr>
      <w:r w:rsidRPr="00D9425B">
        <w:rPr>
          <w:rFonts w:cs="Arial"/>
        </w:rPr>
        <w:t xml:space="preserve">Applications are invited from externally funded candidates holding a valid JRF award from CSIR, UGC, or INSPIRE for the Junior Research Fellowship (JRF) position in the </w:t>
      </w:r>
      <w:r w:rsidR="00CF56BE">
        <w:rPr>
          <w:rFonts w:cs="Arial"/>
        </w:rPr>
        <w:t>Geological Studies Unit</w:t>
      </w:r>
      <w:r>
        <w:rPr>
          <w:rFonts w:cs="Arial"/>
        </w:rPr>
        <w:t xml:space="preserve"> (GSU)</w:t>
      </w:r>
      <w:r w:rsidRPr="00D9425B">
        <w:rPr>
          <w:rFonts w:cs="Arial"/>
        </w:rPr>
        <w:t>, In</w:t>
      </w:r>
      <w:r w:rsidR="00CF56BE">
        <w:rPr>
          <w:rFonts w:cs="Arial"/>
        </w:rPr>
        <w:t>dian Statistical Institute</w:t>
      </w:r>
      <w:r>
        <w:rPr>
          <w:rFonts w:cs="Arial"/>
        </w:rPr>
        <w:t xml:space="preserve"> (ISI)</w:t>
      </w:r>
      <w:r w:rsidR="00CF56BE">
        <w:rPr>
          <w:rFonts w:cs="Arial"/>
        </w:rPr>
        <w:t>, Kolkata</w:t>
      </w:r>
      <w:r w:rsidRPr="00D9425B">
        <w:rPr>
          <w:rFonts w:cs="Arial"/>
        </w:rPr>
        <w:t xml:space="preserve"> for the December 2026 selection round.</w:t>
      </w:r>
    </w:p>
    <w:p w14:paraId="1BFCE7D3" w14:textId="77777777" w:rsidR="006930C4" w:rsidRPr="00D9425B" w:rsidRDefault="00477883" w:rsidP="00D9425B">
      <w:pPr>
        <w:jc w:val="both"/>
        <w:rPr>
          <w:rFonts w:cs="Arial"/>
        </w:rPr>
      </w:pPr>
      <w:r w:rsidRPr="00D9425B">
        <w:rPr>
          <w:rFonts w:cs="Arial"/>
        </w:rPr>
        <w:t>Applicants should email the Hea</w:t>
      </w:r>
      <w:r w:rsidR="009E063C" w:rsidRPr="00D9425B">
        <w:rPr>
          <w:rFonts w:cs="Arial"/>
        </w:rPr>
        <w:t xml:space="preserve">d of the Unit at </w:t>
      </w:r>
      <w:hyperlink r:id="rId6" w:history="1">
        <w:r w:rsidR="009E063C" w:rsidRPr="00D9425B">
          <w:rPr>
            <w:rStyle w:val="Hyperlink"/>
            <w:rFonts w:cs="Arial"/>
            <w:b/>
          </w:rPr>
          <w:t>gsuisikol</w:t>
        </w:r>
        <w:r w:rsidRPr="00D9425B">
          <w:rPr>
            <w:rStyle w:val="Hyperlink"/>
            <w:rFonts w:cs="Arial"/>
            <w:b/>
          </w:rPr>
          <w:t>@gmail.com</w:t>
        </w:r>
      </w:hyperlink>
      <w:r w:rsidRPr="00D9425B">
        <w:rPr>
          <w:rFonts w:cs="Arial"/>
        </w:rPr>
        <w:t xml:space="preserve"> with the subject line “Application for JRF position”. The application email must include the following documents:</w:t>
      </w:r>
    </w:p>
    <w:p w14:paraId="5056460B" w14:textId="77777777" w:rsidR="006930C4" w:rsidRPr="00D9425B" w:rsidRDefault="00477883" w:rsidP="00D9425B">
      <w:pPr>
        <w:pStyle w:val="ListBullet"/>
        <w:jc w:val="both"/>
        <w:rPr>
          <w:rFonts w:cs="Arial"/>
        </w:rPr>
      </w:pPr>
      <w:r w:rsidRPr="00D9425B">
        <w:rPr>
          <w:rFonts w:cs="Arial"/>
        </w:rPr>
        <w:t>Curriculum Vitae (CV)</w:t>
      </w:r>
    </w:p>
    <w:p w14:paraId="18C9FD46" w14:textId="77777777" w:rsidR="006930C4" w:rsidRPr="00D9425B" w:rsidRDefault="00477883" w:rsidP="00D9425B">
      <w:pPr>
        <w:pStyle w:val="ListBullet"/>
        <w:jc w:val="both"/>
        <w:rPr>
          <w:rFonts w:cs="Arial"/>
        </w:rPr>
      </w:pPr>
      <w:r w:rsidRPr="00D9425B">
        <w:rPr>
          <w:rFonts w:cs="Arial"/>
        </w:rPr>
        <w:t>All relevant academic and supporting documents</w:t>
      </w:r>
    </w:p>
    <w:p w14:paraId="180621C7" w14:textId="77777777" w:rsidR="006930C4" w:rsidRPr="00D9425B" w:rsidRDefault="00477883" w:rsidP="00D9425B">
      <w:pPr>
        <w:pStyle w:val="ListBullet"/>
        <w:jc w:val="both"/>
        <w:rPr>
          <w:rFonts w:cs="Arial"/>
        </w:rPr>
      </w:pPr>
      <w:r w:rsidRPr="00D9425B">
        <w:rPr>
          <w:rFonts w:cs="Arial"/>
        </w:rPr>
        <w:t>JRF award letter issued by CSIR/UGC/INSPIRE</w:t>
      </w:r>
    </w:p>
    <w:p w14:paraId="3E4A7D60" w14:textId="77777777" w:rsidR="006930C4" w:rsidRPr="00D9425B" w:rsidRDefault="00477883" w:rsidP="00D9425B">
      <w:pPr>
        <w:pStyle w:val="ListBullet"/>
        <w:jc w:val="both"/>
        <w:rPr>
          <w:rFonts w:cs="Arial"/>
        </w:rPr>
      </w:pPr>
      <w:r w:rsidRPr="00D9425B">
        <w:rPr>
          <w:rFonts w:cs="Arial"/>
        </w:rPr>
        <w:t>Consent letter from the prospective supervisor(s)</w:t>
      </w:r>
    </w:p>
    <w:p w14:paraId="4AB89A8D" w14:textId="77777777" w:rsidR="00165F7A" w:rsidRDefault="00E7108D" w:rsidP="00D9425B">
      <w:pPr>
        <w:jc w:val="both"/>
      </w:pPr>
      <w:r>
        <w:t xml:space="preserve">Please also submit the Google Form using the link provided here: </w:t>
      </w:r>
      <w:hyperlink r:id="rId7" w:history="1">
        <w:r w:rsidR="002569F6" w:rsidRPr="002569F6">
          <w:rPr>
            <w:rStyle w:val="Hyperlink"/>
          </w:rPr>
          <w:t>https://forms.gle/gfM3jY3RnPDr5nuS6</w:t>
        </w:r>
      </w:hyperlink>
    </w:p>
    <w:p w14:paraId="270DE26C" w14:textId="77777777" w:rsidR="002569F6" w:rsidRDefault="002569F6" w:rsidP="00D9425B">
      <w:pPr>
        <w:jc w:val="both"/>
      </w:pPr>
    </w:p>
    <w:p w14:paraId="5AB422D9" w14:textId="5AEF5900" w:rsidR="006930C4" w:rsidRPr="00D9425B" w:rsidRDefault="00477883" w:rsidP="00D9425B">
      <w:pPr>
        <w:jc w:val="both"/>
        <w:rPr>
          <w:rFonts w:cs="Arial"/>
        </w:rPr>
      </w:pPr>
      <w:r w:rsidRPr="00D9425B">
        <w:rPr>
          <w:rFonts w:cs="Arial"/>
          <w:b/>
        </w:rPr>
        <w:t xml:space="preserve">Application deadline: </w:t>
      </w:r>
      <w:r w:rsidR="009E063C" w:rsidRPr="00D9425B">
        <w:rPr>
          <w:rFonts w:cs="Arial"/>
        </w:rPr>
        <w:t>0</w:t>
      </w:r>
      <w:r w:rsidR="007D342A">
        <w:rPr>
          <w:rFonts w:cs="Arial"/>
        </w:rPr>
        <w:t>8</w:t>
      </w:r>
      <w:r w:rsidR="009E063C" w:rsidRPr="00D9425B">
        <w:rPr>
          <w:rFonts w:cs="Arial"/>
        </w:rPr>
        <w:t xml:space="preserve"> November</w:t>
      </w:r>
      <w:r w:rsidRPr="00D9425B">
        <w:rPr>
          <w:rFonts w:cs="Arial"/>
        </w:rPr>
        <w:t xml:space="preserve"> 2026.</w:t>
      </w:r>
    </w:p>
    <w:p w14:paraId="4BA9C1F6" w14:textId="77777777" w:rsidR="006930C4" w:rsidRPr="00D9425B" w:rsidRDefault="00477883" w:rsidP="00D9425B">
      <w:pPr>
        <w:jc w:val="both"/>
        <w:rPr>
          <w:rFonts w:cs="Arial"/>
        </w:rPr>
      </w:pPr>
      <w:r w:rsidRPr="00D9425B">
        <w:rPr>
          <w:rFonts w:cs="Arial"/>
          <w:b/>
        </w:rPr>
        <w:t xml:space="preserve">Faculty information: </w:t>
      </w:r>
      <w:r w:rsidR="009E063C" w:rsidRPr="00D9425B">
        <w:rPr>
          <w:rFonts w:cs="Arial"/>
        </w:rPr>
        <w:t>Please visit the GS</w:t>
      </w:r>
      <w:r w:rsidRPr="00D9425B">
        <w:rPr>
          <w:rFonts w:cs="Arial"/>
        </w:rPr>
        <w:t xml:space="preserve">U Faculty Member page for details about faculty members and prospective supervisors: </w:t>
      </w:r>
      <w:hyperlink r:id="rId8" w:history="1">
        <w:r w:rsidR="009E063C" w:rsidRPr="00387855">
          <w:rPr>
            <w:rStyle w:val="Hyperlink"/>
            <w:rFonts w:cs="Arial"/>
            <w:b/>
            <w:u w:val="none"/>
          </w:rPr>
          <w:t>https://www.isical.ac.in/unit/people?unit_name=GSU&amp;identifier=faculty</w:t>
        </w:r>
      </w:hyperlink>
    </w:p>
    <w:p w14:paraId="4A82E01F" w14:textId="77777777" w:rsidR="00623015" w:rsidRDefault="00623015" w:rsidP="00623015">
      <w:pPr>
        <w:jc w:val="center"/>
        <w:rPr>
          <w:rFonts w:cs="Arial"/>
          <w:b/>
          <w:color w:val="1F4E79"/>
          <w:sz w:val="26"/>
        </w:rPr>
      </w:pPr>
    </w:p>
    <w:sectPr w:rsidR="00623015" w:rsidSect="00034616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33864119">
    <w:abstractNumId w:val="8"/>
  </w:num>
  <w:num w:numId="2" w16cid:durableId="272826910">
    <w:abstractNumId w:val="6"/>
  </w:num>
  <w:num w:numId="3" w16cid:durableId="420955774">
    <w:abstractNumId w:val="5"/>
  </w:num>
  <w:num w:numId="4" w16cid:durableId="941843490">
    <w:abstractNumId w:val="4"/>
  </w:num>
  <w:num w:numId="5" w16cid:durableId="1376077513">
    <w:abstractNumId w:val="7"/>
  </w:num>
  <w:num w:numId="6" w16cid:durableId="281419638">
    <w:abstractNumId w:val="3"/>
  </w:num>
  <w:num w:numId="7" w16cid:durableId="1070930239">
    <w:abstractNumId w:val="2"/>
  </w:num>
  <w:num w:numId="8" w16cid:durableId="2041660053">
    <w:abstractNumId w:val="1"/>
  </w:num>
  <w:num w:numId="9" w16cid:durableId="500775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7350"/>
    <w:rsid w:val="0006063C"/>
    <w:rsid w:val="0015074B"/>
    <w:rsid w:val="00165F7A"/>
    <w:rsid w:val="00212ED8"/>
    <w:rsid w:val="002569F6"/>
    <w:rsid w:val="0029639D"/>
    <w:rsid w:val="00326F90"/>
    <w:rsid w:val="00387855"/>
    <w:rsid w:val="00477883"/>
    <w:rsid w:val="00623015"/>
    <w:rsid w:val="00690154"/>
    <w:rsid w:val="006930C4"/>
    <w:rsid w:val="00706040"/>
    <w:rsid w:val="007D342A"/>
    <w:rsid w:val="00887CB0"/>
    <w:rsid w:val="009E063C"/>
    <w:rsid w:val="00AA1D8D"/>
    <w:rsid w:val="00B47730"/>
    <w:rsid w:val="00CB0664"/>
    <w:rsid w:val="00CF56BE"/>
    <w:rsid w:val="00D9425B"/>
    <w:rsid w:val="00E710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80DFC5"/>
  <w14:defaultImageDpi w14:val="300"/>
  <w15:docId w15:val="{1C2987D2-AAD9-43F4-8199-011A3786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887CB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878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ical.ac.in/unit/people?unit_name=GSU&amp;identifier=faculty" TargetMode="External"/><Relationship Id="rId3" Type="http://schemas.openxmlformats.org/officeDocument/2006/relationships/styles" Target="styles.xml"/><Relationship Id="rId7" Type="http://schemas.openxmlformats.org/officeDocument/2006/relationships/hyperlink" Target="https://forms.gle/gfM3jY3RnPDr5nuS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suisikol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8164DF-A05A-42FD-B989-D0B15B7DA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Shreya Karmakar</cp:lastModifiedBy>
  <cp:revision>12</cp:revision>
  <dcterms:created xsi:type="dcterms:W3CDTF">2013-12-23T23:15:00Z</dcterms:created>
  <dcterms:modified xsi:type="dcterms:W3CDTF">2026-10-16T06:06:00Z</dcterms:modified>
  <cp:category/>
</cp:coreProperties>
</file>